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לוח משלכם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לוח הלמידה עם קוביה - עמודות ושורות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סימני קובייה למספרים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ולכתוב תוכן ללוח למידה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חלקי הדיבר בקוביה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לשתף בקישור ולהדפיס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בעמוד שהלוח נשמר אוטומטית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שישה צדדים לקובייה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שדה מיוחד לכתיבת כותרת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ברשימה יש גם 'לוח ריק' וגם דוגמאות מוכנות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לאימוג׳י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(🌱)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(🏗️)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כותרת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שם לכל אחת משלוש העמודות (הרמות)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תוכן לכל שורה בכל רמה, משורה 1 עד שורה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שתפו את הלוח בקישור או הדפיסו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בנו לוח קטן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קצרה וברורה הקשורה לנושא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משימות באותו נושא, מהקלה לקשה, המתאימות לרמות השונות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עמודות ושש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לשתף בקישור או להדפיס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נושא מהרשימה, למשל שורש ומשפחת מילים או 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להראות לתלמידים דוגמה מוכנה מהרשימה לפני שמבקשים מהם לבנות לוח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קודם את ההתאמה בין סימני הקובייה למספרים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במשימה הפתוחה אפשר לעבוד בזוגות כדי לתכנן יחד תוכן לשלוש הרמות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לוח משלכם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הזה בונים לוח משחק עם קובייה. יש כותרת, שלוש עמודות ושש שורות. נתרגל להבין את הלוח ולבנות לוח קטן בעצמנו.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אופקי בלוח, יש שש שורות לפי מספרי הקובייה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טור בלוח, יש שלוש עמודות שנקראות גם רמות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דרגת קושי של המשימה בעמודה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קובייה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עם שישה צדדים ומספרים מ-1 עד 6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תבנית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מוכנה שאפשר להתחיל ממנה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בקישור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לשלוח את הלוח לאדם אחר בעזרת כתובת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הדפסה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הפיכת הלוח לדף נייר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מחיקת כל התוכן מהלוח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טורים יש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קווים אופקיים יש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נושא מופיע בדוגמאות המוכנות?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חלקי הדיבר בקוביה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 בצבעי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בישול עוגות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עם הלוח המוכן?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למחוק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לשתף בקישור ולהדפיס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לשלוח בדואר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לשמור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 נשמר אוטומטית בדפדפן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קובייה רגילה כוללת מספרים מ-1 עד 6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להוסיף כותרת ללוח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להתחיל מדוגמה מוכנה במקום לוח ריק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יש __________ עמודות (רמות)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בלוח יש __________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הסימן ⚀ מייצג את המספר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לשתף את הלוח באמצעות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נושא לאימוג׳י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חלקי הדיבר בקוביה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🌱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שורש ומשפחת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עבר הווה עתיד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שבעת הבניינים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מילות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🏗️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סימני פיסוק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כותרת ללוח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שתפו את הלוח בקישור או הדפיסו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שם לכל אחת משלוש העמודות (הרמות)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תוכן לכל שורה בכל רמה, משורה 1 עד שורה 6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בנו לוח קטן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לימודי (למשל אוצר מילים או סימני פיסוק) וכתבו כותרת מתאימה ללוח 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תוכן לשורה אחת (בחרו מספר קובייה) בשלוש הרמות השונות בלוח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עמודות וכמה שורות יש בלוח למידה עם קוביה?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עם הלוח אחרי שסיימתם לבנות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לנושא לימודי אחד שאפשר להפוך ללוח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בנו לוח משלכם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