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לוח משלכם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לוח הלמידה עם קוביה - עמודות ושורות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סימני קובייה למספרים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תוכן ללוח למידה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חלקי הדיבר בקוביה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לשתף בקישור ולהדפיס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בעמוד שהלוח נשמר אוטומטית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שישה צדדים לקובייה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שדה מיוחד לכתיבת כותרת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ברשימה יש גם 'לוח ריק' וגם דוגמאות מוכנות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לאימוג׳י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(🌱)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(🏗️)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כותרת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שם לכל אחת משלוש העמודות (הרמות)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תוכן לכל שורה בכל רמה, משורה 1 עד שורה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שתפו את הלוח בקישור או הדפיסו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בנו לוח קטן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וברורה הקשורה לנושא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משימות באותו נושא, מהקלה לקשה, המתאימות לרמות השונות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עמודות ושש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לשתף בקישור או להדפיס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נושא מהרשימה, למשל שורש ומשפחת מילים או 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דוגמה מוכנה מהרשימה לפני שמבקשים מהם לבנות לוח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קודם את ההתאמה בין סימני הקובייה למספרים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במשימה הפתוחה אפשר לעבוד בזוגות כדי לתכנן יחד תוכן לשלוש הרמות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לוח משלכם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אפשר לבנות לוח למידה אישי עם כותרת, שלוש עמודות (רמות) ושש שורות המתאימות למספרי הקובייה. בדף התרגול נבדוק אם הבנתם איך בונים לוח כזה ונתרגל לתכנן לוח בעצמכם.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עמודות (רמות) יש בלוח שבונים?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שורות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מהנושאים הבאים מופיע ברשימת הדוגמאות ללוח?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חלקי הדיבר בקוביה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בצבעי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 עוגות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לעשות עם הלוח אחרי שבונים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בקישור ולהדפיס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בדואר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לשמור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נשמר אוטומטית בדפדפן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קובייה רגילה כוללת מספרים מ-1 עד 6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להוסיף כותרת ללוח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מדוגמה מוכנה במקום לוח ריק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יש __________ עמודות (רמות)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יש __________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הסימן ⚀ מייצג את המספר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לשתף את הלוח באמצעות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לאימוג׳י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חלקי הדיבר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שורש ומשפחת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🏗️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עבר הווה עתיד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🌱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שבעת הבניינים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סימני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תוכן לכל שורה בכל רמה, משורה 1 עד שורה 6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שתפו את הלוח בקישור או הדפיסו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שם לכל אחת משלוש העמודות (הרמות)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כותרת ללוח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בנו לוח קטן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לימודי (למשל אוצר מילים או סימני פיסוק) וכתבו כותרת מתאימה ללוח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תוכן לשורה אחת (בחרו מספר קובייה) בשלוש הרמות השונות בלוח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עמודות וכמה שורות יש בלוח למידה עם קוביה?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עם הלוח אחרי שסיימתם לבנות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לנושא לימודי אחד שאפשר להפוך ללוח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בנו לוח משלכם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